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CFE59" w14:textId="77777777" w:rsidR="009B4A03" w:rsidRPr="00A54695" w:rsidRDefault="003E0A03">
      <w:pPr>
        <w:pStyle w:val="Heading1"/>
        <w:rPr>
          <w:rFonts w:ascii="Comic Sans MS" w:hAnsi="Comic Sans MS"/>
          <w:sz w:val="32"/>
          <w:szCs w:val="32"/>
        </w:rPr>
      </w:pPr>
      <w:r w:rsidRPr="00A54695">
        <w:rPr>
          <w:rFonts w:ascii="Comic Sans MS" w:hAnsi="Comic Sans MS"/>
          <w:sz w:val="32"/>
          <w:szCs w:val="32"/>
        </w:rPr>
        <w:t>Year 4 Science – Living Things and Their Habitats</w:t>
      </w:r>
    </w:p>
    <w:p w14:paraId="12965F9F" w14:textId="77777777" w:rsidR="009B4A03" w:rsidRPr="00A54695" w:rsidRDefault="003E0A03">
      <w:pPr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Detailed, vocabulary-rich lesson plans aligned to the UK National Curriculum (England).</w:t>
      </w:r>
    </w:p>
    <w:p w14:paraId="2DDF0E96" w14:textId="77777777" w:rsidR="009B4A03" w:rsidRPr="00A54695" w:rsidRDefault="003E0A03">
      <w:pPr>
        <w:pStyle w:val="Heading2"/>
        <w:rPr>
          <w:rFonts w:ascii="Comic Sans MS" w:hAnsi="Comic Sans MS"/>
          <w:sz w:val="28"/>
          <w:szCs w:val="28"/>
        </w:rPr>
      </w:pPr>
      <w:r w:rsidRPr="00A54695">
        <w:rPr>
          <w:rFonts w:ascii="Comic Sans MS" w:hAnsi="Comic Sans MS"/>
          <w:sz w:val="28"/>
          <w:szCs w:val="28"/>
        </w:rPr>
        <w:t>Lesson 1: What is a Living Thing?</w:t>
      </w:r>
    </w:p>
    <w:p w14:paraId="613F5054" w14:textId="77777777" w:rsidR="009B4A03" w:rsidRPr="00A54695" w:rsidRDefault="003E0A03">
      <w:pPr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Learning Objective: To identify the characteristics of living things.</w:t>
      </w:r>
    </w:p>
    <w:p w14:paraId="54F99D6D" w14:textId="77777777" w:rsidR="009B4A03" w:rsidRPr="00A54695" w:rsidRDefault="003E0A03">
      <w:pPr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Prior Knowledge: Year 2 habitats; recognising plants and animals.</w:t>
      </w:r>
    </w:p>
    <w:p w14:paraId="0719428E" w14:textId="77777777" w:rsidR="009B4A03" w:rsidRPr="00A54695" w:rsidRDefault="003E0A03">
      <w:pPr>
        <w:pStyle w:val="Heading3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Key Vocabulary</w:t>
      </w:r>
    </w:p>
    <w:p w14:paraId="6F1B00E6" w14:textId="77777777" w:rsidR="009B4A03" w:rsidRPr="00A54695" w:rsidRDefault="003E0A03">
      <w:pPr>
        <w:pStyle w:val="ListBullet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Living: Something that grows, moves, reproduces and needs nutrients.</w:t>
      </w:r>
    </w:p>
    <w:p w14:paraId="79FE640C" w14:textId="77777777" w:rsidR="009B4A03" w:rsidRPr="00A54695" w:rsidRDefault="003E0A03">
      <w:pPr>
        <w:pStyle w:val="ListBullet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Non-living: Something that has never been alive.</w:t>
      </w:r>
    </w:p>
    <w:p w14:paraId="2F51212A" w14:textId="77777777" w:rsidR="009B4A03" w:rsidRPr="00A54695" w:rsidRDefault="003E0A03">
      <w:pPr>
        <w:pStyle w:val="ListBullet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Dead: Something that was once alive but is no longer.</w:t>
      </w:r>
    </w:p>
    <w:p w14:paraId="56720506" w14:textId="77777777" w:rsidR="009B4A03" w:rsidRPr="00A54695" w:rsidRDefault="003E0A03">
      <w:pPr>
        <w:pStyle w:val="ListBullet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Organism: Any individual living thing.</w:t>
      </w:r>
    </w:p>
    <w:p w14:paraId="6F379CEE" w14:textId="77777777" w:rsidR="009B4A03" w:rsidRPr="00A54695" w:rsidRDefault="003E0A03">
      <w:pPr>
        <w:pStyle w:val="Heading3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Activities / Tasks</w:t>
      </w:r>
    </w:p>
    <w:p w14:paraId="438C49ED" w14:textId="77777777" w:rsidR="009B4A03" w:rsidRPr="00A54695" w:rsidRDefault="003E0A03">
      <w:pPr>
        <w:pStyle w:val="ListNumber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Sort objects and images into living, dead and never alive.</w:t>
      </w:r>
    </w:p>
    <w:p w14:paraId="77FCDF7D" w14:textId="77777777" w:rsidR="009B4A03" w:rsidRPr="00A54695" w:rsidRDefault="003E0A03">
      <w:pPr>
        <w:pStyle w:val="ListNumber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Justify choices using scientific vocabulary.</w:t>
      </w:r>
    </w:p>
    <w:p w14:paraId="3B16A8CF" w14:textId="77777777" w:rsidR="009B4A03" w:rsidRPr="00A54695" w:rsidRDefault="003E0A03">
      <w:pPr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Challenge: Explain why a wooden chair is dead and not non-living.</w:t>
      </w:r>
    </w:p>
    <w:p w14:paraId="6F56E457" w14:textId="77777777" w:rsidR="009B4A03" w:rsidRPr="00A54695" w:rsidRDefault="003E0A03">
      <w:pPr>
        <w:pStyle w:val="Heading2"/>
        <w:rPr>
          <w:rFonts w:ascii="Comic Sans MS" w:hAnsi="Comic Sans MS"/>
          <w:sz w:val="28"/>
          <w:szCs w:val="28"/>
        </w:rPr>
      </w:pPr>
      <w:r w:rsidRPr="00A54695">
        <w:rPr>
          <w:rFonts w:ascii="Comic Sans MS" w:hAnsi="Comic Sans MS"/>
          <w:sz w:val="28"/>
          <w:szCs w:val="28"/>
        </w:rPr>
        <w:t>Lesson 2: Grouping Living Things</w:t>
      </w:r>
    </w:p>
    <w:p w14:paraId="7382C0F5" w14:textId="77777777" w:rsidR="009B4A03" w:rsidRPr="00A54695" w:rsidRDefault="003E0A03">
      <w:pPr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Learning Objective: To group living things in different ways.</w:t>
      </w:r>
    </w:p>
    <w:p w14:paraId="7A3171CF" w14:textId="77777777" w:rsidR="009B4A03" w:rsidRPr="00A54695" w:rsidRDefault="003E0A03">
      <w:pPr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Prior Knowledge: Understanding what makes something living.</w:t>
      </w:r>
    </w:p>
    <w:p w14:paraId="55E80750" w14:textId="77777777" w:rsidR="009B4A03" w:rsidRPr="00A54695" w:rsidRDefault="003E0A03">
      <w:pPr>
        <w:pStyle w:val="Heading3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Key Vocabulary</w:t>
      </w:r>
    </w:p>
    <w:p w14:paraId="416D5E4E" w14:textId="77777777" w:rsidR="009B4A03" w:rsidRPr="00A54695" w:rsidRDefault="003E0A03">
      <w:pPr>
        <w:pStyle w:val="ListBullet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Group: A set of things with something in common.</w:t>
      </w:r>
    </w:p>
    <w:p w14:paraId="1BC7B2CD" w14:textId="77777777" w:rsidR="009B4A03" w:rsidRPr="00A54695" w:rsidRDefault="003E0A03">
      <w:pPr>
        <w:pStyle w:val="ListBullet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Characteristics: Features that describe an organism.</w:t>
      </w:r>
    </w:p>
    <w:p w14:paraId="57231B7E" w14:textId="77777777" w:rsidR="009B4A03" w:rsidRPr="00A54695" w:rsidRDefault="003E0A03">
      <w:pPr>
        <w:pStyle w:val="ListBullet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Compare: To identify similarities and differences.</w:t>
      </w:r>
    </w:p>
    <w:p w14:paraId="78E29360" w14:textId="77777777" w:rsidR="009B4A03" w:rsidRPr="00A54695" w:rsidRDefault="003E0A03">
      <w:pPr>
        <w:pStyle w:val="Heading3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Activities / Tasks</w:t>
      </w:r>
    </w:p>
    <w:p w14:paraId="273CCB94" w14:textId="77777777" w:rsidR="009B4A03" w:rsidRPr="00A54695" w:rsidRDefault="003E0A03">
      <w:pPr>
        <w:pStyle w:val="ListNumber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Group animals and plants using own criteria.</w:t>
      </w:r>
    </w:p>
    <w:p w14:paraId="625AB06D" w14:textId="77777777" w:rsidR="009B4A03" w:rsidRPr="00A54695" w:rsidRDefault="003E0A03">
      <w:pPr>
        <w:pStyle w:val="ListNumber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Explain grouping choices in full sentences.</w:t>
      </w:r>
    </w:p>
    <w:p w14:paraId="4C2F2043" w14:textId="77777777" w:rsidR="009B4A03" w:rsidRPr="00A54695" w:rsidRDefault="003E0A03">
      <w:pPr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lastRenderedPageBreak/>
        <w:t>Challenge: Create two different grouping systems using the same organisms.</w:t>
      </w:r>
    </w:p>
    <w:p w14:paraId="46F57BF0" w14:textId="77777777" w:rsidR="009B4A03" w:rsidRPr="00A54695" w:rsidRDefault="003E0A03">
      <w:pPr>
        <w:pStyle w:val="Heading2"/>
        <w:rPr>
          <w:rFonts w:ascii="Comic Sans MS" w:hAnsi="Comic Sans MS"/>
          <w:sz w:val="28"/>
          <w:szCs w:val="28"/>
        </w:rPr>
      </w:pPr>
      <w:r w:rsidRPr="00A54695">
        <w:rPr>
          <w:rFonts w:ascii="Comic Sans MS" w:hAnsi="Comic Sans MS"/>
          <w:sz w:val="28"/>
          <w:szCs w:val="28"/>
        </w:rPr>
        <w:t>Lesson 3: Vertebrates and Invertebrates</w:t>
      </w:r>
    </w:p>
    <w:p w14:paraId="52A0789C" w14:textId="77777777" w:rsidR="009B4A03" w:rsidRPr="00A54695" w:rsidRDefault="003E0A03">
      <w:pPr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Learning Objective: To classify animals as vertebrates or invertebrates.</w:t>
      </w:r>
    </w:p>
    <w:p w14:paraId="713FCB04" w14:textId="77777777" w:rsidR="009B4A03" w:rsidRPr="00A54695" w:rsidRDefault="003E0A03">
      <w:pPr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Prior Knowledge: Basic animal groups from KS1 and Lesson 2.</w:t>
      </w:r>
    </w:p>
    <w:p w14:paraId="375C4A32" w14:textId="77777777" w:rsidR="009B4A03" w:rsidRPr="00A54695" w:rsidRDefault="003E0A03">
      <w:pPr>
        <w:pStyle w:val="Heading3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Key Vocabulary</w:t>
      </w:r>
    </w:p>
    <w:p w14:paraId="6A972FD0" w14:textId="77777777" w:rsidR="009B4A03" w:rsidRPr="00A54695" w:rsidRDefault="003E0A03">
      <w:pPr>
        <w:pStyle w:val="ListBullet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Vertebrate: An animal with a backbone.</w:t>
      </w:r>
    </w:p>
    <w:p w14:paraId="45121BA0" w14:textId="77777777" w:rsidR="009B4A03" w:rsidRPr="00A54695" w:rsidRDefault="003E0A03">
      <w:pPr>
        <w:pStyle w:val="ListBullet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Invertebrate: An animal without a backbone.</w:t>
      </w:r>
    </w:p>
    <w:p w14:paraId="62BA9387" w14:textId="77777777" w:rsidR="009B4A03" w:rsidRPr="00A54695" w:rsidRDefault="003E0A03">
      <w:pPr>
        <w:pStyle w:val="ListBullet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Backbone: A column of bones protecting the spinal cord.</w:t>
      </w:r>
    </w:p>
    <w:p w14:paraId="2ABA8A0C" w14:textId="77777777" w:rsidR="009B4A03" w:rsidRPr="00A54695" w:rsidRDefault="003E0A03">
      <w:pPr>
        <w:pStyle w:val="Heading3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Activities / Tasks</w:t>
      </w:r>
    </w:p>
    <w:p w14:paraId="514EA655" w14:textId="77777777" w:rsidR="009B4A03" w:rsidRPr="00A54695" w:rsidRDefault="003E0A03">
      <w:pPr>
        <w:pStyle w:val="ListNumber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Sort animals into vertebrates and invertebrates.</w:t>
      </w:r>
    </w:p>
    <w:p w14:paraId="514FD8A7" w14:textId="77777777" w:rsidR="009B4A03" w:rsidRPr="00A54695" w:rsidRDefault="003E0A03">
      <w:pPr>
        <w:pStyle w:val="ListNumber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Further classify vertebrates into groups.</w:t>
      </w:r>
    </w:p>
    <w:p w14:paraId="7F376D55" w14:textId="77777777" w:rsidR="009B4A03" w:rsidRPr="00A54695" w:rsidRDefault="003E0A03">
      <w:pPr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Challenge: Explain why insects are not vertebrates.</w:t>
      </w:r>
    </w:p>
    <w:p w14:paraId="0C6A60F3" w14:textId="77777777" w:rsidR="009B4A03" w:rsidRPr="00A54695" w:rsidRDefault="003E0A03">
      <w:pPr>
        <w:pStyle w:val="Heading2"/>
        <w:rPr>
          <w:rFonts w:ascii="Comic Sans MS" w:hAnsi="Comic Sans MS"/>
          <w:sz w:val="28"/>
          <w:szCs w:val="28"/>
        </w:rPr>
      </w:pPr>
      <w:r w:rsidRPr="00A54695">
        <w:rPr>
          <w:rFonts w:ascii="Comic Sans MS" w:hAnsi="Comic Sans MS"/>
          <w:sz w:val="28"/>
          <w:szCs w:val="28"/>
        </w:rPr>
        <w:t>Lesson 4: Classification Keys</w:t>
      </w:r>
    </w:p>
    <w:p w14:paraId="6816028C" w14:textId="77777777" w:rsidR="009B4A03" w:rsidRPr="00A54695" w:rsidRDefault="003E0A03">
      <w:pPr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Learning Objective: To use a classification key to identify living things.</w:t>
      </w:r>
    </w:p>
    <w:p w14:paraId="2F6C9E82" w14:textId="77777777" w:rsidR="009B4A03" w:rsidRPr="00A54695" w:rsidRDefault="003E0A03">
      <w:pPr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Prior Knowledge: Grouping and animal features.</w:t>
      </w:r>
    </w:p>
    <w:p w14:paraId="7509BF69" w14:textId="77777777" w:rsidR="009B4A03" w:rsidRPr="00A54695" w:rsidRDefault="003E0A03">
      <w:pPr>
        <w:pStyle w:val="Heading3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Key Vocabulary</w:t>
      </w:r>
    </w:p>
    <w:p w14:paraId="1201055A" w14:textId="77777777" w:rsidR="009B4A03" w:rsidRPr="00A54695" w:rsidRDefault="003E0A03">
      <w:pPr>
        <w:pStyle w:val="ListBullet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Classification key: A set of questions used to identify organisms.</w:t>
      </w:r>
    </w:p>
    <w:p w14:paraId="4C36F7E1" w14:textId="77777777" w:rsidR="009B4A03" w:rsidRPr="00A54695" w:rsidRDefault="003E0A03">
      <w:pPr>
        <w:pStyle w:val="ListBullet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Identify: To correctly name something.</w:t>
      </w:r>
    </w:p>
    <w:p w14:paraId="73D056B1" w14:textId="77777777" w:rsidR="009B4A03" w:rsidRPr="00A54695" w:rsidRDefault="003E0A03">
      <w:pPr>
        <w:pStyle w:val="Heading3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Activities / Tasks</w:t>
      </w:r>
    </w:p>
    <w:p w14:paraId="1A9AA9FB" w14:textId="77777777" w:rsidR="009B4A03" w:rsidRPr="00A54695" w:rsidRDefault="003E0A03">
      <w:pPr>
        <w:pStyle w:val="ListNumber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Use a yes/no key to identify animals.</w:t>
      </w:r>
    </w:p>
    <w:p w14:paraId="3A77C864" w14:textId="77777777" w:rsidR="009B4A03" w:rsidRPr="00A54695" w:rsidRDefault="003E0A03">
      <w:pPr>
        <w:pStyle w:val="ListNumber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Discuss how keys help scientists.</w:t>
      </w:r>
    </w:p>
    <w:p w14:paraId="204F85BD" w14:textId="77777777" w:rsidR="009B4A03" w:rsidRPr="00A54695" w:rsidRDefault="003E0A03">
      <w:pPr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Challenge: Design a classification key for four animals.</w:t>
      </w:r>
    </w:p>
    <w:p w14:paraId="25CA5C3C" w14:textId="77777777" w:rsidR="009B4A03" w:rsidRPr="00A54695" w:rsidRDefault="003E0A03">
      <w:pPr>
        <w:pStyle w:val="Heading2"/>
        <w:rPr>
          <w:rFonts w:ascii="Comic Sans MS" w:hAnsi="Comic Sans MS"/>
          <w:sz w:val="28"/>
          <w:szCs w:val="28"/>
        </w:rPr>
      </w:pPr>
      <w:r w:rsidRPr="00A54695">
        <w:rPr>
          <w:rFonts w:ascii="Comic Sans MS" w:hAnsi="Comic Sans MS"/>
          <w:sz w:val="28"/>
          <w:szCs w:val="28"/>
        </w:rPr>
        <w:t>Lesson 5: Habitats and Environments</w:t>
      </w:r>
    </w:p>
    <w:p w14:paraId="5F412297" w14:textId="77777777" w:rsidR="009B4A03" w:rsidRPr="00A54695" w:rsidRDefault="003E0A03">
      <w:pPr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Learning Objective: To describe different habitats and the organisms found there.</w:t>
      </w:r>
    </w:p>
    <w:p w14:paraId="60D8EEEB" w14:textId="77777777" w:rsidR="009B4A03" w:rsidRPr="00A54695" w:rsidRDefault="003E0A03">
      <w:pPr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Prior Knowledge: Year 2 habitats; previous lessons in this unit.</w:t>
      </w:r>
    </w:p>
    <w:p w14:paraId="7D529512" w14:textId="77777777" w:rsidR="009B4A03" w:rsidRPr="00A54695" w:rsidRDefault="003E0A03">
      <w:pPr>
        <w:pStyle w:val="Heading3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lastRenderedPageBreak/>
        <w:t>Key Vocabulary</w:t>
      </w:r>
    </w:p>
    <w:p w14:paraId="642DBC5D" w14:textId="77777777" w:rsidR="009B4A03" w:rsidRPr="00A54695" w:rsidRDefault="003E0A03">
      <w:pPr>
        <w:pStyle w:val="ListBullet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Habitat: The natural home of an organism.</w:t>
      </w:r>
    </w:p>
    <w:p w14:paraId="49A01A1F" w14:textId="77777777" w:rsidR="009B4A03" w:rsidRPr="00A54695" w:rsidRDefault="003E0A03">
      <w:pPr>
        <w:pStyle w:val="ListBullet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Environment: The surroundings where an organism lives.</w:t>
      </w:r>
    </w:p>
    <w:p w14:paraId="1E16E50A" w14:textId="77777777" w:rsidR="009B4A03" w:rsidRPr="00A54695" w:rsidRDefault="003E0A03">
      <w:pPr>
        <w:pStyle w:val="Heading3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Activities / Tasks</w:t>
      </w:r>
    </w:p>
    <w:p w14:paraId="6F5D78F0" w14:textId="77777777" w:rsidR="009B4A03" w:rsidRPr="00A54695" w:rsidRDefault="003E0A03">
      <w:pPr>
        <w:pStyle w:val="ListNumber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Observe and record organisms in a local habitat.</w:t>
      </w:r>
    </w:p>
    <w:p w14:paraId="6FF573E3" w14:textId="77777777" w:rsidR="009B4A03" w:rsidRPr="00A54695" w:rsidRDefault="003E0A03">
      <w:pPr>
        <w:pStyle w:val="ListNumber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Match animals to suitable habitats.</w:t>
      </w:r>
    </w:p>
    <w:p w14:paraId="366BD077" w14:textId="77777777" w:rsidR="009B4A03" w:rsidRPr="00A54695" w:rsidRDefault="003E0A03">
      <w:pPr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Challenge: Explain how an organism is adapted to its habitat.</w:t>
      </w:r>
    </w:p>
    <w:p w14:paraId="61292897" w14:textId="77777777" w:rsidR="009B4A03" w:rsidRPr="00A54695" w:rsidRDefault="003E0A03">
      <w:pPr>
        <w:pStyle w:val="Heading2"/>
        <w:rPr>
          <w:rFonts w:ascii="Comic Sans MS" w:hAnsi="Comic Sans MS"/>
          <w:sz w:val="28"/>
          <w:szCs w:val="28"/>
        </w:rPr>
      </w:pPr>
      <w:r w:rsidRPr="00A54695">
        <w:rPr>
          <w:rFonts w:ascii="Comic Sans MS" w:hAnsi="Comic Sans MS"/>
          <w:sz w:val="28"/>
          <w:szCs w:val="28"/>
        </w:rPr>
        <w:t>Lesson 6: Environmental Change and Human Impact</w:t>
      </w:r>
    </w:p>
    <w:p w14:paraId="03070E03" w14:textId="77777777" w:rsidR="009B4A03" w:rsidRPr="00A54695" w:rsidRDefault="003E0A03">
      <w:pPr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Learning Objective: To recognise how environmental changes affect living things.</w:t>
      </w:r>
    </w:p>
    <w:p w14:paraId="40B144CF" w14:textId="77777777" w:rsidR="009B4A03" w:rsidRPr="00A54695" w:rsidRDefault="003E0A03">
      <w:pPr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Prior Knowledge: Understanding habitats and organisms’ needs.</w:t>
      </w:r>
    </w:p>
    <w:p w14:paraId="6BA98A1F" w14:textId="77777777" w:rsidR="009B4A03" w:rsidRPr="00A54695" w:rsidRDefault="003E0A03">
      <w:pPr>
        <w:pStyle w:val="Heading3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Key Vocabulary</w:t>
      </w:r>
    </w:p>
    <w:p w14:paraId="6224BEB2" w14:textId="77777777" w:rsidR="009B4A03" w:rsidRPr="00A54695" w:rsidRDefault="003E0A03">
      <w:pPr>
        <w:pStyle w:val="ListBullet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Environmental change: A change to a habitat or environment.</w:t>
      </w:r>
    </w:p>
    <w:p w14:paraId="36B4A12F" w14:textId="77777777" w:rsidR="009B4A03" w:rsidRPr="00A54695" w:rsidRDefault="003E0A03">
      <w:pPr>
        <w:pStyle w:val="ListBullet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Endangered: A species at risk of extinction.</w:t>
      </w:r>
    </w:p>
    <w:p w14:paraId="4A985ED7" w14:textId="77777777" w:rsidR="009B4A03" w:rsidRPr="00A54695" w:rsidRDefault="003E0A03">
      <w:pPr>
        <w:pStyle w:val="Heading3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Activities / Tasks</w:t>
      </w:r>
    </w:p>
    <w:p w14:paraId="527B44FB" w14:textId="77777777" w:rsidR="009B4A03" w:rsidRPr="00A54695" w:rsidRDefault="003E0A03">
      <w:pPr>
        <w:pStyle w:val="ListNumber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Create a poster showing an environmental change and its impact.</w:t>
      </w:r>
    </w:p>
    <w:p w14:paraId="5E123A15" w14:textId="77777777" w:rsidR="009B4A03" w:rsidRPr="00A54695" w:rsidRDefault="003E0A03">
      <w:pPr>
        <w:pStyle w:val="ListNumber"/>
        <w:rPr>
          <w:rFonts w:ascii="Comic Sans MS" w:hAnsi="Comic Sans MS"/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Class discussion on conservation.</w:t>
      </w:r>
    </w:p>
    <w:p w14:paraId="7C4B1CDB" w14:textId="77777777" w:rsidR="009B4A03" w:rsidRPr="00A54695" w:rsidRDefault="003E0A03">
      <w:pPr>
        <w:rPr>
          <w:sz w:val="24"/>
          <w:szCs w:val="24"/>
        </w:rPr>
      </w:pPr>
      <w:r w:rsidRPr="00A54695">
        <w:rPr>
          <w:rFonts w:ascii="Comic Sans MS" w:hAnsi="Comic Sans MS"/>
          <w:sz w:val="24"/>
          <w:szCs w:val="24"/>
        </w:rPr>
        <w:t>Challenge: Suggest ways humans can reduce negative environmental impact.</w:t>
      </w:r>
    </w:p>
    <w:sectPr w:rsidR="009B4A03" w:rsidRPr="00A54695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A92E2" w14:textId="77777777" w:rsidR="003E0A03" w:rsidRDefault="003E0A03" w:rsidP="009E3301">
      <w:pPr>
        <w:spacing w:after="0" w:line="240" w:lineRule="auto"/>
      </w:pPr>
      <w:r>
        <w:separator/>
      </w:r>
    </w:p>
  </w:endnote>
  <w:endnote w:type="continuationSeparator" w:id="0">
    <w:p w14:paraId="71BD36CF" w14:textId="77777777" w:rsidR="003E0A03" w:rsidRDefault="003E0A03" w:rsidP="009E3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6C0AC" w14:textId="77777777" w:rsidR="005E7BF2" w:rsidRDefault="005E7BF2">
    <w:pPr>
      <w:pStyle w:val="Footer"/>
      <w:tabs>
        <w:tab w:val="clear" w:pos="4680"/>
        <w:tab w:val="clear" w:pos="9360"/>
      </w:tabs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  <w:lang w:val="en-GB"/>
      </w:rPr>
      <w:t>2</w:t>
    </w:r>
    <w:r>
      <w:rPr>
        <w:caps/>
        <w:color w:val="4F81BD" w:themeColor="accent1"/>
      </w:rPr>
      <w:fldChar w:fldCharType="end"/>
    </w:r>
  </w:p>
  <w:p w14:paraId="0C900B09" w14:textId="77777777" w:rsidR="009E3301" w:rsidRDefault="009E33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1CBD3" w14:textId="77777777" w:rsidR="003E0A03" w:rsidRDefault="003E0A03" w:rsidP="009E3301">
      <w:pPr>
        <w:spacing w:after="0" w:line="240" w:lineRule="auto"/>
      </w:pPr>
      <w:r>
        <w:separator/>
      </w:r>
    </w:p>
  </w:footnote>
  <w:footnote w:type="continuationSeparator" w:id="0">
    <w:p w14:paraId="37D88D48" w14:textId="77777777" w:rsidR="003E0A03" w:rsidRDefault="003E0A03" w:rsidP="009E33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C755C" w14:textId="515BD9BF" w:rsidR="009E3301" w:rsidRDefault="005E7BF2">
    <w:pPr>
      <w:pStyle w:val="Header"/>
      <w:pBdr>
        <w:bottom w:val="single" w:sz="4" w:space="8" w:color="4F81BD" w:themeColor="accent1"/>
      </w:pBdr>
      <w:tabs>
        <w:tab w:val="clear" w:pos="4680"/>
        <w:tab w:val="clear" w:pos="9360"/>
      </w:tabs>
      <w:spacing w:after="360"/>
      <w:contextualSpacing/>
      <w:jc w:val="right"/>
      <w:rPr>
        <w:color w:val="404040" w:themeColor="text1" w:themeTint="BF"/>
      </w:rPr>
    </w:pPr>
    <w:r w:rsidRPr="005E7BF2">
      <w:rPr>
        <w:rFonts w:ascii="Aptos" w:eastAsia="Aptos" w:hAnsi="Aptos" w:cs="Times New Roman"/>
        <w:noProof/>
        <w:kern w:val="2"/>
        <w:sz w:val="24"/>
        <w:szCs w:val="24"/>
        <w:lang w:val="en-GB"/>
        <w14:ligatures w14:val="standardContextual"/>
      </w:rPr>
      <w:drawing>
        <wp:inline distT="0" distB="0" distL="0" distR="0" wp14:anchorId="4BBD5CE9" wp14:editId="3AA23F65">
          <wp:extent cx="396875" cy="361950"/>
          <wp:effectExtent l="0" t="0" r="3175" b="0"/>
          <wp:docPr id="8" name="Picture 7" descr="EdNes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587209A1-D60F-F80B-6E3F-23433188AF6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 descr="EdNest&#10;&#10;AI-generated content may be incorrect.">
                    <a:extLst>
                      <a:ext uri="{FF2B5EF4-FFF2-40B4-BE49-F238E27FC236}">
                        <a16:creationId xmlns:a16="http://schemas.microsoft.com/office/drawing/2014/main" id="{587209A1-D60F-F80B-6E3F-23433188AF6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rcRect l="14936" t="18526" r="18830" b="21084"/>
                  <a:stretch>
                    <a:fillRect/>
                  </a:stretch>
                </pic:blipFill>
                <pic:spPr>
                  <a:xfrm>
                    <a:off x="0" y="0"/>
                    <a:ext cx="396875" cy="36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B204E1" w14:textId="77777777" w:rsidR="009E3301" w:rsidRDefault="009E33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1757188">
    <w:abstractNumId w:val="8"/>
  </w:num>
  <w:num w:numId="2" w16cid:durableId="709500301">
    <w:abstractNumId w:val="6"/>
  </w:num>
  <w:num w:numId="3" w16cid:durableId="1174105398">
    <w:abstractNumId w:val="5"/>
  </w:num>
  <w:num w:numId="4" w16cid:durableId="1040207167">
    <w:abstractNumId w:val="4"/>
  </w:num>
  <w:num w:numId="5" w16cid:durableId="842739968">
    <w:abstractNumId w:val="7"/>
  </w:num>
  <w:num w:numId="6" w16cid:durableId="515929280">
    <w:abstractNumId w:val="3"/>
  </w:num>
  <w:num w:numId="7" w16cid:durableId="2140225260">
    <w:abstractNumId w:val="2"/>
  </w:num>
  <w:num w:numId="8" w16cid:durableId="379978789">
    <w:abstractNumId w:val="1"/>
  </w:num>
  <w:num w:numId="9" w16cid:durableId="1279337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E0A03"/>
    <w:rsid w:val="005E7BF2"/>
    <w:rsid w:val="006109F6"/>
    <w:rsid w:val="009B4A03"/>
    <w:rsid w:val="009E3301"/>
    <w:rsid w:val="00A5469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ECC61F8A-7BEC-4BDB-9230-E22FC8F81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516</Words>
  <Characters>2585</Characters>
  <Application>Microsoft Office Word</Application>
  <DocSecurity>0</DocSecurity>
  <Lines>287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Galina Doychinova</cp:lastModifiedBy>
  <cp:revision>4</cp:revision>
  <dcterms:created xsi:type="dcterms:W3CDTF">2013-12-23T23:15:00Z</dcterms:created>
  <dcterms:modified xsi:type="dcterms:W3CDTF">2026-06-08T22:01:00Z</dcterms:modified>
  <cp:category/>
</cp:coreProperties>
</file>